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1634" w:rsidRDefault="00FF1634">
      <w:pPr>
        <w:spacing w:after="0"/>
      </w:pPr>
      <w:r>
        <w:rPr>
          <w:noProof/>
        </w:rPr>
        <w:drawing>
          <wp:inline distT="0" distB="0" distL="0" distR="0" wp14:anchorId="1C0BC9EC" wp14:editId="0B4E32D6">
            <wp:extent cx="1930846" cy="1363851"/>
            <wp:effectExtent l="0" t="0" r="0" b="0"/>
            <wp:docPr id="16718401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840160" name="Image 167184016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532" cy="138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634" w:rsidRDefault="00FF1634">
      <w:pPr>
        <w:spacing w:after="240"/>
        <w:jc w:val="center"/>
        <w:rPr>
          <w:rFonts w:ascii="Times New Roman" w:hAnsi="Times New Roman"/>
          <w:b/>
          <w:sz w:val="36"/>
          <w:lang w:val="fr-FR"/>
        </w:rPr>
      </w:pPr>
    </w:p>
    <w:p w:rsidR="007A49A1" w:rsidRPr="00FF1634" w:rsidRDefault="00000000">
      <w:pPr>
        <w:spacing w:after="240"/>
        <w:jc w:val="center"/>
        <w:rPr>
          <w:lang w:val="fr-FR"/>
        </w:rPr>
      </w:pPr>
      <w:r w:rsidRPr="00FF1634">
        <w:rPr>
          <w:rFonts w:ascii="Times New Roman" w:hAnsi="Times New Roman"/>
          <w:b/>
          <w:sz w:val="36"/>
          <w:lang w:val="fr-FR"/>
        </w:rPr>
        <w:t>Formulaire de candidature</w:t>
      </w:r>
    </w:p>
    <w:p w:rsidR="007A49A1" w:rsidRPr="00FF1634" w:rsidRDefault="00000000">
      <w:pPr>
        <w:spacing w:after="240"/>
        <w:jc w:val="center"/>
        <w:rPr>
          <w:lang w:val="fr-FR"/>
        </w:rPr>
      </w:pPr>
      <w:r w:rsidRPr="00FF1634">
        <w:rPr>
          <w:rFonts w:ascii="Times New Roman" w:hAnsi="Times New Roman"/>
          <w:sz w:val="26"/>
          <w:lang w:val="fr-FR"/>
        </w:rPr>
        <w:t>Prix du jeune chercheur/jeune chercheuse de la SFC</w:t>
      </w:r>
    </w:p>
    <w:p w:rsidR="007A49A1" w:rsidRDefault="00000000" w:rsidP="00FF1634">
      <w:pPr>
        <w:jc w:val="center"/>
        <w:rPr>
          <w:lang w:val="fr-FR"/>
        </w:rPr>
      </w:pPr>
      <w:r w:rsidRPr="00FF1634">
        <w:rPr>
          <w:rFonts w:ascii="Times New Roman" w:hAnsi="Times New Roman"/>
          <w:b/>
          <w:bCs/>
          <w:sz w:val="23"/>
          <w:lang w:val="fr-FR"/>
        </w:rPr>
        <w:t>Congrès de la SFC – Année de candidature</w:t>
      </w:r>
      <w:r w:rsidRPr="00FF1634">
        <w:rPr>
          <w:rFonts w:ascii="Times New Roman" w:hAnsi="Times New Roman"/>
          <w:sz w:val="23"/>
          <w:lang w:val="fr-FR"/>
        </w:rPr>
        <w:t xml:space="preserve"> : __________________</w:t>
      </w:r>
    </w:p>
    <w:p w:rsidR="00FF1634" w:rsidRPr="00FF1634" w:rsidRDefault="00FF1634" w:rsidP="00FF1634">
      <w:pPr>
        <w:jc w:val="center"/>
        <w:rPr>
          <w:szCs w:val="21"/>
          <w:lang w:val="fr-FR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86"/>
      </w:tblGrid>
      <w:tr w:rsidR="007A49A1">
        <w:trPr>
          <w:jc w:val="center"/>
        </w:trPr>
        <w:tc>
          <w:tcPr>
            <w:tcW w:w="10086" w:type="dxa"/>
            <w:tcMar>
              <w:top w:w="180" w:type="dxa"/>
              <w:left w:w="120" w:type="dxa"/>
              <w:bottom w:w="150" w:type="dxa"/>
              <w:right w:w="120" w:type="dxa"/>
            </w:tcMar>
          </w:tcPr>
          <w:p w:rsidR="00FF1634" w:rsidRPr="00FF1634" w:rsidRDefault="00000000">
            <w:pPr>
              <w:spacing w:after="320"/>
              <w:rPr>
                <w:b/>
                <w:sz w:val="23"/>
                <w:lang w:val="fr-FR"/>
              </w:rPr>
            </w:pPr>
            <w:r w:rsidRPr="00FF1634">
              <w:rPr>
                <w:b/>
                <w:sz w:val="23"/>
                <w:lang w:val="fr-FR"/>
              </w:rPr>
              <w:t>Présentation du Candidat ou de la candidate</w:t>
            </w:r>
          </w:p>
          <w:p w:rsidR="007A49A1" w:rsidRPr="00FF1634" w:rsidRDefault="00000000">
            <w:pPr>
              <w:spacing w:after="100"/>
              <w:rPr>
                <w:lang w:val="fr-FR"/>
              </w:rPr>
            </w:pPr>
            <w:r w:rsidRPr="00FF1634">
              <w:rPr>
                <w:lang w:val="fr-FR"/>
              </w:rPr>
              <w:t>Prénom, Nom : ________________________________________________</w:t>
            </w:r>
          </w:p>
          <w:p w:rsidR="007A49A1" w:rsidRPr="00FF1634" w:rsidRDefault="00000000">
            <w:pPr>
              <w:spacing w:after="100"/>
              <w:rPr>
                <w:lang w:val="fr-FR"/>
              </w:rPr>
            </w:pPr>
            <w:r w:rsidRPr="00FF1634">
              <w:rPr>
                <w:lang w:val="fr-FR"/>
              </w:rPr>
              <w:t>Date de naissance : ________________________________________________</w:t>
            </w:r>
          </w:p>
          <w:p w:rsidR="007A49A1" w:rsidRPr="00FF1634" w:rsidRDefault="00000000">
            <w:pPr>
              <w:spacing w:after="100"/>
              <w:rPr>
                <w:lang w:val="fr-FR"/>
              </w:rPr>
            </w:pPr>
            <w:r w:rsidRPr="00FF1634">
              <w:rPr>
                <w:lang w:val="fr-FR"/>
              </w:rPr>
              <w:t>E-mail : ________________________________________________</w:t>
            </w:r>
          </w:p>
          <w:p w:rsidR="007A49A1" w:rsidRPr="00FF1634" w:rsidRDefault="00000000">
            <w:pPr>
              <w:spacing w:after="100"/>
              <w:rPr>
                <w:lang w:val="fr-FR"/>
              </w:rPr>
            </w:pPr>
            <w:r w:rsidRPr="00FF1634">
              <w:rPr>
                <w:lang w:val="fr-FR"/>
              </w:rPr>
              <w:t>Tel : ________________________________________________</w:t>
            </w:r>
          </w:p>
          <w:p w:rsidR="007A49A1" w:rsidRPr="00FF1634" w:rsidRDefault="00000000">
            <w:pPr>
              <w:spacing w:after="100"/>
              <w:rPr>
                <w:lang w:val="fr-FR"/>
              </w:rPr>
            </w:pPr>
            <w:r w:rsidRPr="00FF1634">
              <w:rPr>
                <w:lang w:val="fr-FR"/>
              </w:rPr>
              <w:t>Profession/fonction : ________________________________________________</w:t>
            </w:r>
          </w:p>
          <w:p w:rsidR="007A49A1" w:rsidRPr="00FF1634" w:rsidRDefault="00000000">
            <w:pPr>
              <w:spacing w:after="100"/>
              <w:rPr>
                <w:lang w:val="fr-FR"/>
              </w:rPr>
            </w:pPr>
            <w:r w:rsidRPr="00FF1634">
              <w:rPr>
                <w:lang w:val="fr-FR"/>
              </w:rPr>
              <w:t>Année de soutenance de thèse : ________________________________________________</w:t>
            </w:r>
          </w:p>
          <w:p w:rsidR="007A49A1" w:rsidRPr="00FF1634" w:rsidRDefault="00000000">
            <w:pPr>
              <w:spacing w:after="40"/>
              <w:rPr>
                <w:lang w:val="fr-FR"/>
              </w:rPr>
            </w:pPr>
            <w:r w:rsidRPr="00FF1634">
              <w:rPr>
                <w:lang w:val="fr-FR"/>
              </w:rPr>
              <w:t>Adresse du laboratoire actuel : ________________________________________________</w:t>
            </w:r>
          </w:p>
          <w:p w:rsidR="007A49A1" w:rsidRPr="00FF1634" w:rsidRDefault="00000000">
            <w:pPr>
              <w:spacing w:after="60"/>
              <w:rPr>
                <w:lang w:val="fr-FR"/>
              </w:rPr>
            </w:pPr>
            <w:r w:rsidRPr="00FF1634">
              <w:rPr>
                <w:lang w:val="fr-FR"/>
              </w:rPr>
              <w:t>____________________________________________________________</w:t>
            </w:r>
          </w:p>
          <w:p w:rsidR="007A49A1" w:rsidRPr="00FF1634" w:rsidRDefault="00000000">
            <w:pPr>
              <w:spacing w:after="60"/>
              <w:rPr>
                <w:lang w:val="fr-FR"/>
              </w:rPr>
            </w:pPr>
            <w:r w:rsidRPr="00FF1634">
              <w:rPr>
                <w:lang w:val="fr-FR"/>
              </w:rPr>
              <w:t>____________________________________________________________</w:t>
            </w:r>
          </w:p>
          <w:p w:rsidR="007A49A1" w:rsidRPr="00FF1634" w:rsidRDefault="00000000">
            <w:pPr>
              <w:spacing w:after="60"/>
              <w:rPr>
                <w:lang w:val="fr-FR"/>
              </w:rPr>
            </w:pPr>
            <w:r w:rsidRPr="00FF1634">
              <w:rPr>
                <w:lang w:val="fr-FR"/>
              </w:rPr>
              <w:t>____________________________________________________________</w:t>
            </w:r>
          </w:p>
          <w:p w:rsidR="00FF1634" w:rsidRDefault="00FF1634">
            <w:pPr>
              <w:spacing w:before="360" w:after="240"/>
              <w:rPr>
                <w:lang w:val="fr-FR"/>
              </w:rPr>
            </w:pPr>
          </w:p>
          <w:p w:rsidR="007A49A1" w:rsidRPr="00FF1634" w:rsidRDefault="00000000">
            <w:pPr>
              <w:spacing w:before="360" w:after="240"/>
              <w:rPr>
                <w:lang w:val="fr-FR"/>
              </w:rPr>
            </w:pPr>
            <w:r w:rsidRPr="00FF1634">
              <w:rPr>
                <w:lang w:val="fr-FR"/>
              </w:rPr>
              <w:t>Fait à _________________________</w:t>
            </w:r>
            <w:proofErr w:type="gramStart"/>
            <w:r w:rsidRPr="00FF1634">
              <w:rPr>
                <w:lang w:val="fr-FR"/>
              </w:rPr>
              <w:t>_  le</w:t>
            </w:r>
            <w:proofErr w:type="gramEnd"/>
            <w:r w:rsidRPr="00FF1634">
              <w:rPr>
                <w:lang w:val="fr-FR"/>
              </w:rPr>
              <w:t xml:space="preserve"> __________________________</w:t>
            </w:r>
          </w:p>
          <w:p w:rsidR="007A49A1" w:rsidRDefault="00000000">
            <w:pPr>
              <w:spacing w:after="80"/>
            </w:pPr>
            <w:proofErr w:type="gramStart"/>
            <w:r>
              <w:t>Signature :</w:t>
            </w:r>
            <w:proofErr w:type="gramEnd"/>
          </w:p>
          <w:p w:rsidR="00FF1634" w:rsidRDefault="00FF1634">
            <w:pPr>
              <w:spacing w:after="0"/>
            </w:pPr>
          </w:p>
          <w:p w:rsidR="00FF1634" w:rsidRDefault="00FF1634">
            <w:pPr>
              <w:spacing w:after="0"/>
            </w:pPr>
          </w:p>
          <w:p w:rsidR="00FF1634" w:rsidRDefault="00FF1634">
            <w:pPr>
              <w:spacing w:after="0"/>
            </w:pPr>
          </w:p>
          <w:p w:rsidR="007A49A1" w:rsidRDefault="00000000">
            <w:pPr>
              <w:spacing w:after="0"/>
            </w:pPr>
            <w:r>
              <w:br/>
            </w:r>
          </w:p>
        </w:tc>
      </w:tr>
    </w:tbl>
    <w:p w:rsidR="007A49A1" w:rsidRDefault="007A49A1">
      <w:pPr>
        <w:spacing w:after="80"/>
        <w:rPr>
          <w:u w:val="single"/>
        </w:rPr>
      </w:pPr>
    </w:p>
    <w:p w:rsidR="00FF1634" w:rsidRDefault="00FF1634">
      <w:pPr>
        <w:spacing w:after="80"/>
        <w:rPr>
          <w:u w:val="single"/>
        </w:rPr>
      </w:pPr>
    </w:p>
    <w:p w:rsidR="00FF1634" w:rsidRDefault="00FF1634">
      <w:pPr>
        <w:spacing w:after="80"/>
        <w:rPr>
          <w:u w:val="single"/>
        </w:rPr>
      </w:pPr>
    </w:p>
    <w:p w:rsidR="00FF1634" w:rsidRDefault="00FF1634">
      <w:pPr>
        <w:spacing w:after="80"/>
        <w:rPr>
          <w:u w:val="single"/>
        </w:rPr>
      </w:pPr>
    </w:p>
    <w:p w:rsidR="00FF1634" w:rsidRPr="00FF1634" w:rsidRDefault="00FF1634">
      <w:pPr>
        <w:spacing w:after="80"/>
        <w:rPr>
          <w:u w:val="single"/>
        </w:rPr>
      </w:pPr>
    </w:p>
    <w:p w:rsidR="007A49A1" w:rsidRPr="00FF1634" w:rsidRDefault="00000000">
      <w:pPr>
        <w:spacing w:after="160"/>
        <w:rPr>
          <w:u w:val="single"/>
          <w:lang w:val="fr-FR"/>
        </w:rPr>
      </w:pPr>
      <w:r w:rsidRPr="00FF1634">
        <w:rPr>
          <w:i/>
          <w:u w:val="single"/>
          <w:lang w:val="fr-FR"/>
        </w:rPr>
        <w:t>Composition du dossier de candidature</w:t>
      </w:r>
    </w:p>
    <w:p w:rsidR="007A49A1" w:rsidRPr="00FF1634" w:rsidRDefault="00000000">
      <w:pPr>
        <w:spacing w:after="140"/>
        <w:rPr>
          <w:lang w:val="fr-FR"/>
        </w:rPr>
      </w:pPr>
      <w:r w:rsidRPr="00FF1634">
        <w:rPr>
          <w:sz w:val="20"/>
          <w:lang w:val="fr-FR"/>
        </w:rPr>
        <w:t>Chaque dossier de candidature au prix jeune chercheur/jeune chercheuse de la SFC doit être constitué d’un fichier PDF unique selon le modèle fourni comprenant :</w:t>
      </w:r>
    </w:p>
    <w:p w:rsidR="007A49A1" w:rsidRPr="00FF1634" w:rsidRDefault="00000000">
      <w:pPr>
        <w:pStyle w:val="Listepuces"/>
        <w:spacing w:after="60"/>
        <w:ind w:left="397"/>
        <w:rPr>
          <w:lang w:val="fr-FR"/>
        </w:rPr>
      </w:pPr>
      <w:r w:rsidRPr="00FF1634">
        <w:rPr>
          <w:sz w:val="20"/>
          <w:lang w:val="fr-FR"/>
        </w:rPr>
        <w:t>Le formulaire de candidature rempli et signé</w:t>
      </w:r>
    </w:p>
    <w:p w:rsidR="007A49A1" w:rsidRPr="00FF1634" w:rsidRDefault="00000000" w:rsidP="00FF1634">
      <w:pPr>
        <w:pStyle w:val="Listepuces"/>
        <w:spacing w:after="60"/>
        <w:ind w:left="397"/>
        <w:rPr>
          <w:lang w:val="fr-FR"/>
        </w:rPr>
      </w:pPr>
      <w:r w:rsidRPr="00FF1634">
        <w:rPr>
          <w:sz w:val="20"/>
          <w:lang w:val="fr-FR"/>
        </w:rPr>
        <w:t>Un CV de 2 pages incluant les publications (articles, conférences, chapitres de livres, livres, brevets) avec les DOI</w:t>
      </w:r>
    </w:p>
    <w:p w:rsidR="007A49A1" w:rsidRPr="00FF1634" w:rsidRDefault="00000000">
      <w:pPr>
        <w:pStyle w:val="Listepuces"/>
        <w:spacing w:after="80"/>
        <w:ind w:left="397"/>
        <w:rPr>
          <w:lang w:val="fr-FR"/>
        </w:rPr>
      </w:pPr>
      <w:r w:rsidRPr="00FF1634">
        <w:rPr>
          <w:sz w:val="20"/>
          <w:lang w:val="fr-FR"/>
        </w:rPr>
        <w:t>Une description (max. 3 pages) des travaux de recherche du candidat/de la candidate (contexte, objectifs, méthodologie, résultats obtenus/prévus, importance/impact, originalité et innovation, collaboration et interdisciplinarité, perspectives)</w:t>
      </w:r>
    </w:p>
    <w:p w:rsidR="007A49A1" w:rsidRPr="00FF1634" w:rsidRDefault="00000000">
      <w:pPr>
        <w:pStyle w:val="Listepuces"/>
        <w:spacing w:after="80"/>
        <w:ind w:left="397"/>
        <w:rPr>
          <w:lang w:val="fr-FR"/>
        </w:rPr>
      </w:pPr>
      <w:r w:rsidRPr="00FF1634">
        <w:rPr>
          <w:sz w:val="20"/>
          <w:lang w:val="fr-FR"/>
        </w:rPr>
        <w:t xml:space="preserve">Un </w:t>
      </w:r>
      <w:proofErr w:type="spellStart"/>
      <w:r w:rsidRPr="00FF1634">
        <w:rPr>
          <w:sz w:val="20"/>
          <w:lang w:val="fr-FR"/>
        </w:rPr>
        <w:t>graphical</w:t>
      </w:r>
      <w:proofErr w:type="spellEnd"/>
      <w:r w:rsidRPr="00FF1634">
        <w:rPr>
          <w:sz w:val="20"/>
          <w:lang w:val="fr-FR"/>
        </w:rPr>
        <w:t xml:space="preserve"> abstract pouvant être publié sur le site internet de la SFC</w:t>
      </w:r>
    </w:p>
    <w:p w:rsidR="007A49A1" w:rsidRPr="00FF1634" w:rsidRDefault="00000000">
      <w:pPr>
        <w:spacing w:before="200" w:after="0"/>
        <w:rPr>
          <w:lang w:val="fr-FR"/>
        </w:rPr>
      </w:pPr>
      <w:r w:rsidRPr="00FF1634">
        <w:rPr>
          <w:sz w:val="20"/>
          <w:lang w:val="fr-FR"/>
        </w:rPr>
        <w:t>Les dossiers de candidature doivent être envoyés à l’adresse indiquée dans l’appel à candidatures du congrès concerné.</w:t>
      </w:r>
    </w:p>
    <w:sectPr w:rsidR="007A49A1" w:rsidRPr="00FF1634" w:rsidSect="00034616">
      <w:pgSz w:w="12240" w:h="15840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5422940">
    <w:abstractNumId w:val="8"/>
  </w:num>
  <w:num w:numId="2" w16cid:durableId="1828664792">
    <w:abstractNumId w:val="6"/>
  </w:num>
  <w:num w:numId="3" w16cid:durableId="1174681531">
    <w:abstractNumId w:val="5"/>
  </w:num>
  <w:num w:numId="4" w16cid:durableId="429543860">
    <w:abstractNumId w:val="4"/>
  </w:num>
  <w:num w:numId="5" w16cid:durableId="1518542350">
    <w:abstractNumId w:val="7"/>
  </w:num>
  <w:num w:numId="6" w16cid:durableId="1679039782">
    <w:abstractNumId w:val="3"/>
  </w:num>
  <w:num w:numId="7" w16cid:durableId="820344602">
    <w:abstractNumId w:val="2"/>
  </w:num>
  <w:num w:numId="8" w16cid:durableId="2000112482">
    <w:abstractNumId w:val="1"/>
  </w:num>
  <w:num w:numId="9" w16cid:durableId="796680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A49A1"/>
    <w:rsid w:val="00AA1D8D"/>
    <w:rsid w:val="00B47730"/>
    <w:rsid w:val="00CB0664"/>
    <w:rsid w:val="00FC693F"/>
    <w:rsid w:val="00FF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F5747D"/>
  <w14:defaultImageDpi w14:val="300"/>
  <w15:docId w15:val="{1B808672-ACC9-BD40-A37C-3E15E12D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Anne-Laure Huber</cp:lastModifiedBy>
  <cp:revision>2</cp:revision>
  <dcterms:created xsi:type="dcterms:W3CDTF">2026-10-03T13:59:00Z</dcterms:created>
  <dcterms:modified xsi:type="dcterms:W3CDTF">2026-10-03T13:59:00Z</dcterms:modified>
  <cp:category/>
</cp:coreProperties>
</file>